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100"/>
        <w:jc w:val="center"/>
      </w:pPr>
      <w:r>
        <w:rPr>
          <w:b/>
          <w:color w:val="9C5B34"/>
          <w:sz w:val="28"/>
        </w:rPr>
        <w:t>ONLINE NEWS COVERAGE</w:t>
      </w:r>
    </w:p>
    <w:p>
      <w:pPr>
        <w:spacing w:before="560" w:after="400"/>
        <w:jc w:val="center"/>
      </w:pPr>
      <w:r>
        <w:rPr>
          <w:b/>
          <w:color w:val="252D34"/>
          <w:sz w:val="58"/>
        </w:rPr>
        <w:t>Dubai’s real estate sector completes 104 projects valued at over AED111 billion in H1 2026</w:t>
      </w:r>
    </w:p>
    <w:p>
      <w:pPr>
        <w:jc w:val="center"/>
      </w:pPr>
      <w:r>
        <w:rPr>
          <w:color w:val="59636C"/>
          <w:sz w:val="30"/>
        </w:rPr>
        <w:t>70 online news captures</w:t>
      </w:r>
    </w:p>
    <w:p>
      <w:pPr>
        <w:spacing w:before="3600"/>
        <w:jc w:val="center"/>
      </w:pPr>
      <w:r>
        <w:rPr>
          <w:color w:val="7D848A"/>
          <w:sz w:val="20"/>
        </w:rPr>
        <w:t>Images link to the original online articles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" name="Picture 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1.jpg"/>
                            <pic:cNvPicPr/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">
              <w:r>
                <w:rPr>
                  <w:b/>
                  <w:color w:val="7A263A"/>
                  <w:sz w:val="19"/>
                  <w:szCs w:val="19"/>
                </w:rPr>
                <w:t>mediaoffice.ae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" name="Picture 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2.jpg"/>
                            <pic:cNvPicPr/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">
              <w:r>
                <w:rPr>
                  <w:b/>
                  <w:color w:val="7A263A"/>
                  <w:sz w:val="19"/>
                  <w:szCs w:val="19"/>
                </w:rPr>
                <w:t>mediaoffice.ae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" name="Picture 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3.jpg"/>
                            <pic:cNvPicPr/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">
              <w:r>
                <w:rPr>
                  <w:b/>
                  <w:color w:val="7A263A"/>
                  <w:sz w:val="19"/>
                  <w:szCs w:val="19"/>
                </w:rPr>
                <w:t>albayan.ae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" name="Picture 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4.jpg"/>
                            <pic:cNvPicPr/>
                          </pic:nvPicPr>
                          <pic:blipFill>
                            <a:blip r:embed="rId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5">
              <w:r>
                <w:rPr>
                  <w:b/>
                  <w:color w:val="7A263A"/>
                  <w:sz w:val="19"/>
                  <w:szCs w:val="19"/>
                </w:rPr>
                <w:t>albayan.ae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" name="Picture 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5.jpg"/>
                            <pic:cNvPicPr/>
                          </pic:nvPicPr>
                          <pic:blipFill>
                            <a:blip r:embed="rId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7">
              <w:r>
                <w:rPr>
                  <w:b/>
                  <w:color w:val="7A263A"/>
                  <w:sz w:val="19"/>
                  <w:szCs w:val="19"/>
                </w:rPr>
                <w:t>khlaasa.net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" name="Picture 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6.jpg"/>
                            <pic:cNvPicPr/>
                          </pic:nvPicPr>
                          <pic:blipFill>
                            <a:blip r:embed="rId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9">
              <w:r>
                <w:rPr>
                  <w:b/>
                  <w:color w:val="7A263A"/>
                  <w:sz w:val="19"/>
                  <w:szCs w:val="19"/>
                </w:rPr>
                <w:t>gulfnews.com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2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7" name="Picture 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7.jpg"/>
                            <pic:cNvPicPr/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21">
              <w:r>
                <w:rPr>
                  <w:b/>
                  <w:color w:val="7A263A"/>
                  <w:sz w:val="19"/>
                  <w:szCs w:val="19"/>
                </w:rPr>
                <w:t>emaratalyoum.com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2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8" name="Picture 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8.jpg"/>
                            <pic:cNvPicPr/>
                          </pic:nvPicPr>
                          <pic:blipFill>
                            <a:blip r:embed="rId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23">
              <w:r>
                <w:rPr>
                  <w:b/>
                  <w:color w:val="7A263A"/>
                  <w:sz w:val="19"/>
                  <w:szCs w:val="19"/>
                </w:rPr>
                <w:t>masralyoum.net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2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9" name="Picture 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09.jpg"/>
                            <pic:cNvPicPr/>
                          </pic:nvPicPr>
                          <pic:blipFill>
                            <a:blip r:embed="rId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25">
              <w:r>
                <w:rPr>
                  <w:b/>
                  <w:color w:val="7A263A"/>
                  <w:sz w:val="19"/>
                  <w:szCs w:val="19"/>
                </w:rPr>
                <w:t>24.ae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2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0" name="Picture 1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0.jpg"/>
                            <pic:cNvPicPr/>
                          </pic:nvPicPr>
                          <pic:blipFill>
                            <a:blip r:embed="rId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27">
              <w:r>
                <w:rPr>
                  <w:b/>
                  <w:color w:val="7A263A"/>
                  <w:sz w:val="19"/>
                  <w:szCs w:val="19"/>
                </w:rPr>
                <w:t>arnnewscentre.ae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2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1" name="Picture 1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1.jpg"/>
                            <pic:cNvPicPr/>
                          </pic:nvPicPr>
                          <pic:blipFill>
                            <a:blip r:embed="rId3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29">
              <w:r>
                <w:rPr>
                  <w:b/>
                  <w:color w:val="7A263A"/>
                  <w:sz w:val="19"/>
                  <w:szCs w:val="19"/>
                </w:rPr>
                <w:t>24.ae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3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2" name="Picture 1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2.jpg"/>
                            <pic:cNvPicPr/>
                          </pic:nvPicPr>
                          <pic:blipFill>
                            <a:blip r:embed="rId3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31">
              <w:r>
                <w:rPr>
                  <w:b/>
                  <w:color w:val="7A263A"/>
                  <w:sz w:val="19"/>
                  <w:szCs w:val="19"/>
                </w:rPr>
                <w:t>bignewsnetwork.com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3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3" name="Picture 1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3.jpg"/>
                            <pic:cNvPicPr/>
                          </pic:nvPicPr>
                          <pic:blipFill>
                            <a:blip r:embed="rId3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33">
              <w:r>
                <w:rPr>
                  <w:b/>
                  <w:color w:val="7A263A"/>
                  <w:sz w:val="19"/>
                  <w:szCs w:val="19"/>
                </w:rPr>
                <w:t>wam.ae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3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4" name="Picture 1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4.jpg"/>
                            <pic:cNvPicPr/>
                          </pic:nvPicPr>
                          <pic:blipFill>
                            <a:blip r:embed="rId3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35">
              <w:r>
                <w:rPr>
                  <w:b/>
                  <w:color w:val="7A263A"/>
                  <w:sz w:val="19"/>
                  <w:szCs w:val="19"/>
                </w:rPr>
                <w:t>urdupoint.com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3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5" name="Picture 1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5.jpg"/>
                            <pic:cNvPicPr/>
                          </pic:nvPicPr>
                          <pic:blipFill>
                            <a:blip r:embed="rId3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37">
              <w:r>
                <w:rPr>
                  <w:b/>
                  <w:color w:val="7A263A"/>
                  <w:sz w:val="19"/>
                  <w:szCs w:val="19"/>
                </w:rPr>
                <w:t>albayan.ae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3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6" name="Picture 1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6.jpg"/>
                            <pic:cNvPicPr/>
                          </pic:nvPicPr>
                          <pic:blipFill>
                            <a:blip r:embed="rId4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39">
              <w:r>
                <w:rPr>
                  <w:b/>
                  <w:color w:val="7A263A"/>
                  <w:sz w:val="19"/>
                  <w:szCs w:val="19"/>
                </w:rPr>
                <w:t>wam.ae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4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7" name="Picture 1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7.jpg"/>
                            <pic:cNvPicPr/>
                          </pic:nvPicPr>
                          <pic:blipFill>
                            <a:blip r:embed="rId4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41">
              <w:r>
                <w:rPr>
                  <w:b/>
                  <w:color w:val="7A263A"/>
                  <w:sz w:val="19"/>
                  <w:szCs w:val="19"/>
                </w:rPr>
                <w:t>khalijiuwn24.com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4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8" name="Picture 1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8.jpg"/>
                            <pic:cNvPicPr/>
                          </pic:nvPicPr>
                          <pic:blipFill>
                            <a:blip r:embed="rId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43">
              <w:r>
                <w:rPr>
                  <w:b/>
                  <w:color w:val="7A263A"/>
                  <w:sz w:val="19"/>
                  <w:szCs w:val="19"/>
                </w:rPr>
                <w:t>urdupoint.com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4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19" name="Picture 1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19.jpg"/>
                            <pic:cNvPicPr/>
                          </pic:nvPicPr>
                          <pic:blipFill>
                            <a:blip r:embed="rId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45">
              <w:r>
                <w:rPr>
                  <w:b/>
                  <w:color w:val="7A263A"/>
                  <w:sz w:val="19"/>
                  <w:szCs w:val="19"/>
                </w:rPr>
                <w:t>nasnews.ae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4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0" name="Picture 2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0.jpg"/>
                            <pic:cNvPicPr/>
                          </pic:nvPicPr>
                          <pic:blipFill>
                            <a:blip r:embed="rId4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47">
              <w:r>
                <w:rPr>
                  <w:b/>
                  <w:color w:val="7A263A"/>
                  <w:sz w:val="19"/>
                  <w:szCs w:val="19"/>
                </w:rPr>
                <w:t>zawya.com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4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1" name="Picture 2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1.jpg"/>
                            <pic:cNvPicPr/>
                          </pic:nvPicPr>
                          <pic:blipFill>
                            <a:blip r:embed="rId5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49">
              <w:r>
                <w:rPr>
                  <w:b/>
                  <w:color w:val="7A263A"/>
                  <w:sz w:val="19"/>
                  <w:szCs w:val="19"/>
                </w:rPr>
                <w:t>khaleejtimes.com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5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2" name="Picture 2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2.jpg"/>
                            <pic:cNvPicPr/>
                          </pic:nvPicPr>
                          <pic:blipFill>
                            <a:blip r:embed="rId5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51">
              <w:r>
                <w:rPr>
                  <w:b/>
                  <w:color w:val="7A263A"/>
                  <w:sz w:val="19"/>
                  <w:szCs w:val="19"/>
                </w:rPr>
                <w:t>uaenewsapp.com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5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3" name="Picture 2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3.jpg"/>
                            <pic:cNvPicPr/>
                          </pic:nvPicPr>
                          <pic:blipFill>
                            <a:blip r:embed="rId5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53">
              <w:r>
                <w:rPr>
                  <w:b/>
                  <w:color w:val="7A263A"/>
                  <w:sz w:val="19"/>
                  <w:szCs w:val="19"/>
                </w:rPr>
                <w:t>zawya.com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5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4" name="Picture 2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4.jpg"/>
                            <pic:cNvPicPr/>
                          </pic:nvPicPr>
                          <pic:blipFill>
                            <a:blip r:embed="rId5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55">
              <w:r>
                <w:rPr>
                  <w:b/>
                  <w:color w:val="7A263A"/>
                  <w:sz w:val="19"/>
                  <w:szCs w:val="19"/>
                </w:rPr>
                <w:t>nabd.com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5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5" name="Picture 2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5.jpg"/>
                            <pic:cNvPicPr/>
                          </pic:nvPicPr>
                          <pic:blipFill>
                            <a:blip r:embed="rId5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57">
              <w:r>
                <w:rPr>
                  <w:b/>
                  <w:color w:val="7A263A"/>
                  <w:sz w:val="19"/>
                  <w:szCs w:val="19"/>
                </w:rPr>
                <w:t>al-ain.com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5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6" name="Picture 2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6.jpg"/>
                            <pic:cNvPicPr/>
                          </pic:nvPicPr>
                          <pic:blipFill>
                            <a:blip r:embed="rId6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59">
              <w:r>
                <w:rPr>
                  <w:b/>
                  <w:color w:val="7A263A"/>
                  <w:sz w:val="19"/>
                  <w:szCs w:val="19"/>
                </w:rPr>
                <w:t>khlaasa.net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6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7" name="Picture 2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7.jpg"/>
                            <pic:cNvPicPr/>
                          </pic:nvPicPr>
                          <pic:blipFill>
                            <a:blip r:embed="rId6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61">
              <w:r>
                <w:rPr>
                  <w:b/>
                  <w:color w:val="7A263A"/>
                  <w:sz w:val="19"/>
                  <w:szCs w:val="19"/>
                </w:rPr>
                <w:t>emaratalyoum.com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6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8" name="Picture 2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8.jpg"/>
                            <pic:cNvPicPr/>
                          </pic:nvPicPr>
                          <pic:blipFill>
                            <a:blip r:embed="rId6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63">
              <w:r>
                <w:rPr>
                  <w:b/>
                  <w:color w:val="7A263A"/>
                  <w:sz w:val="19"/>
                  <w:szCs w:val="19"/>
                </w:rPr>
                <w:t>arnnewscentre.ae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6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29" name="Picture 2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9.jpg"/>
                            <pic:cNvPicPr/>
                          </pic:nvPicPr>
                          <pic:blipFill>
                            <a:blip r:embed="rId6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65">
              <w:r>
                <w:rPr>
                  <w:b/>
                  <w:color w:val="7A263A"/>
                  <w:sz w:val="19"/>
                  <w:szCs w:val="19"/>
                </w:rPr>
                <w:t>masralyoum.net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6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0" name="Picture 3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28.jpg"/>
                            <pic:cNvPicPr/>
                          </pic:nvPicPr>
                          <pic:blipFill>
                            <a:blip r:embed="rId6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67">
              <w:r>
                <w:rPr>
                  <w:b/>
                  <w:color w:val="7A263A"/>
                  <w:sz w:val="19"/>
                  <w:szCs w:val="19"/>
                </w:rPr>
                <w:t>arnnewscentre.ae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68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1" name="Picture 3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1.jpg"/>
                            <pic:cNvPicPr/>
                          </pic:nvPicPr>
                          <pic:blipFill>
                            <a:blip r:embed="rId6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68">
              <w:r>
                <w:rPr>
                  <w:b/>
                  <w:color w:val="7A263A"/>
                  <w:sz w:val="19"/>
                  <w:szCs w:val="19"/>
                </w:rPr>
                <w:t>urdupoint.com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0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2" name="Picture 3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2.jpg"/>
                            <pic:cNvPicPr/>
                          </pic:nvPicPr>
                          <pic:blipFill>
                            <a:blip r:embed="rId7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0">
              <w:r>
                <w:rPr>
                  <w:b/>
                  <w:color w:val="7A263A"/>
                  <w:sz w:val="19"/>
                  <w:szCs w:val="19"/>
                </w:rPr>
                <w:t>gdnonline.com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2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3" name="Picture 3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2.jpg"/>
                            <pic:cNvPicPr/>
                          </pic:nvPicPr>
                          <pic:blipFill>
                            <a:blip r:embed="rId7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2">
              <w:r>
                <w:rPr>
                  <w:b/>
                  <w:color w:val="7A263A"/>
                  <w:sz w:val="19"/>
                  <w:szCs w:val="19"/>
                </w:rPr>
                <w:t>gdnonline.com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4" name="Picture 3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4.jpg"/>
                            <pic:cNvPicPr/>
                          </pic:nvPicPr>
                          <pic:blipFill>
                            <a:blip r:embed="rId7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3">
              <w:r>
                <w:rPr>
                  <w:b/>
                  <w:color w:val="7A263A"/>
                  <w:sz w:val="19"/>
                  <w:szCs w:val="19"/>
                </w:rPr>
                <w:t>indexbox.io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5" name="Picture 3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5.jpg"/>
                            <pic:cNvPicPr/>
                          </pic:nvPicPr>
                          <pic:blipFill>
                            <a:blip r:embed="rId7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5">
              <w:r>
                <w:rPr>
                  <w:b/>
                  <w:color w:val="7A263A"/>
                  <w:sz w:val="19"/>
                  <w:szCs w:val="19"/>
                </w:rPr>
                <w:t>thenationalnews.com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6" name="Picture 3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6.jpg"/>
                            <pic:cNvPicPr/>
                          </pic:nvPicPr>
                          <pic:blipFill>
                            <a:blip r:embed="rId7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7">
              <w:r>
                <w:rPr>
                  <w:b/>
                  <w:color w:val="7A263A"/>
                  <w:sz w:val="19"/>
                  <w:szCs w:val="19"/>
                </w:rPr>
                <w:t>emirates247.com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7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7" name="Picture 3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7.jpg"/>
                            <pic:cNvPicPr/>
                          </pic:nvPicPr>
                          <pic:blipFill>
                            <a:blip r:embed="rId8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79">
              <w:r>
                <w:rPr>
                  <w:b/>
                  <w:color w:val="7A263A"/>
                  <w:sz w:val="19"/>
                  <w:szCs w:val="19"/>
                </w:rPr>
                <w:t>almashhadalaraby.com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8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8" name="Picture 3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8.jpg"/>
                            <pic:cNvPicPr/>
                          </pic:nvPicPr>
                          <pic:blipFill>
                            <a:blip r:embed="rId8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81">
              <w:r>
                <w:rPr>
                  <w:b/>
                  <w:color w:val="7A263A"/>
                  <w:sz w:val="19"/>
                  <w:szCs w:val="19"/>
                </w:rPr>
                <w:t>khlaasa.net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8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39" name="Picture 3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39.jpg"/>
                            <pic:cNvPicPr/>
                          </pic:nvPicPr>
                          <pic:blipFill>
                            <a:blip r:embed="rId8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83">
              <w:r>
                <w:rPr>
                  <w:b/>
                  <w:color w:val="7A263A"/>
                  <w:sz w:val="19"/>
                  <w:szCs w:val="19"/>
                </w:rPr>
                <w:t>gulftoday.ae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8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0" name="Picture 4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0.jpg"/>
                            <pic:cNvPicPr/>
                          </pic:nvPicPr>
                          <pic:blipFill>
                            <a:blip r:embed="rId8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85">
              <w:r>
                <w:rPr>
                  <w:b/>
                  <w:color w:val="7A263A"/>
                  <w:sz w:val="19"/>
                  <w:szCs w:val="19"/>
                </w:rPr>
                <w:t>argaam.com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8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1" name="Picture 4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1.jpg"/>
                            <pic:cNvPicPr/>
                          </pic:nvPicPr>
                          <pic:blipFill>
                            <a:blip r:embed="rId8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87">
              <w:r>
                <w:rPr>
                  <w:b/>
                  <w:color w:val="7A263A"/>
                  <w:sz w:val="19"/>
                  <w:szCs w:val="19"/>
                </w:rPr>
                <w:t>tradearabia.com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8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2" name="Picture 4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2.jpg"/>
                            <pic:cNvPicPr/>
                          </pic:nvPicPr>
                          <pic:blipFill>
                            <a:blip r:embed="rId9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89">
              <w:r>
                <w:rPr>
                  <w:b/>
                  <w:color w:val="7A263A"/>
                  <w:sz w:val="19"/>
                  <w:szCs w:val="19"/>
                </w:rPr>
                <w:t>indexbox.io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3" name="Picture 4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3.jpg"/>
                            <pic:cNvPicPr/>
                          </pic:nvPicPr>
                          <pic:blipFill>
                            <a:blip r:embed="rId9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1">
              <w:r>
                <w:rPr>
                  <w:b/>
                  <w:color w:val="7A263A"/>
                  <w:sz w:val="19"/>
                  <w:szCs w:val="19"/>
                </w:rPr>
                <w:t>uaebarq.ae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4" name="Picture 4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4.jpg"/>
                            <pic:cNvPicPr/>
                          </pic:nvPicPr>
                          <pic:blipFill>
                            <a:blip r:embed="rId9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3">
              <w:r>
                <w:rPr>
                  <w:b/>
                  <w:color w:val="7A263A"/>
                  <w:sz w:val="19"/>
                  <w:szCs w:val="19"/>
                </w:rPr>
                <w:t>roayahnews.com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5" name="Picture 4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5.jpg"/>
                            <pic:cNvPicPr/>
                          </pic:nvPicPr>
                          <pic:blipFill>
                            <a:blip r:embed="rId9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5">
              <w:r>
                <w:rPr>
                  <w:b/>
                  <w:color w:val="7A263A"/>
                  <w:sz w:val="19"/>
                  <w:szCs w:val="19"/>
                </w:rPr>
                <w:t>nabd.com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6" name="Picture 4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6.jpg"/>
                            <pic:cNvPicPr/>
                          </pic:nvPicPr>
                          <pic:blipFill>
                            <a:blip r:embed="rId9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7">
              <w:r>
                <w:rPr>
                  <w:b/>
                  <w:color w:val="7A263A"/>
                  <w:sz w:val="19"/>
                  <w:szCs w:val="19"/>
                </w:rPr>
                <w:t>osoulmisrmagazine.com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9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7" name="Picture 4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7.jpg"/>
                            <pic:cNvPicPr/>
                          </pic:nvPicPr>
                          <pic:blipFill>
                            <a:blip r:embed="rId10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99">
              <w:r>
                <w:rPr>
                  <w:b/>
                  <w:color w:val="7A263A"/>
                  <w:sz w:val="19"/>
                  <w:szCs w:val="19"/>
                </w:rPr>
                <w:t>dubaieye1038.com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0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8" name="Picture 4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8.jpg"/>
                            <pic:cNvPicPr/>
                          </pic:nvPicPr>
                          <pic:blipFill>
                            <a:blip r:embed="rId10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01">
              <w:r>
                <w:rPr>
                  <w:b/>
                  <w:color w:val="7A263A"/>
                  <w:sz w:val="19"/>
                  <w:szCs w:val="19"/>
                </w:rPr>
                <w:t>aletihad.ae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0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49" name="Picture 4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49.jpg"/>
                            <pic:cNvPicPr/>
                          </pic:nvPicPr>
                          <pic:blipFill>
                            <a:blip r:embed="rId10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03">
              <w:r>
                <w:rPr>
                  <w:b/>
                  <w:color w:val="7A263A"/>
                  <w:sz w:val="19"/>
                  <w:szCs w:val="19"/>
                </w:rPr>
                <w:t>emaratalyoum.com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0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0" name="Picture 5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0.jpg"/>
                            <pic:cNvPicPr/>
                          </pic:nvPicPr>
                          <pic:blipFill>
                            <a:blip r:embed="rId10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05">
              <w:r>
                <w:rPr>
                  <w:b/>
                  <w:color w:val="7A263A"/>
                  <w:sz w:val="19"/>
                  <w:szCs w:val="19"/>
                </w:rPr>
                <w:t>magzter.com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0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1" name="Picture 5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1.jpg"/>
                            <pic:cNvPicPr/>
                          </pic:nvPicPr>
                          <pic:blipFill>
                            <a:blip r:embed="rId10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07">
              <w:r>
                <w:rPr>
                  <w:b/>
                  <w:color w:val="7A263A"/>
                  <w:sz w:val="19"/>
                  <w:szCs w:val="19"/>
                </w:rPr>
                <w:t>elcorreo.ae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0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2" name="Picture 5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2.jpg"/>
                            <pic:cNvPicPr/>
                          </pic:nvPicPr>
                          <pic:blipFill>
                            <a:blip r:embed="rId1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09">
              <w:r>
                <w:rPr>
                  <w:b/>
                  <w:color w:val="7A263A"/>
                  <w:sz w:val="19"/>
                  <w:szCs w:val="19"/>
                </w:rPr>
                <w:t>madhyamam.com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3" name="Picture 5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3.jpg"/>
                            <pic:cNvPicPr/>
                          </pic:nvPicPr>
                          <pic:blipFill>
                            <a:blip r:embed="rId1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1">
              <w:r>
                <w:rPr>
                  <w:b/>
                  <w:color w:val="7A263A"/>
                  <w:sz w:val="19"/>
                  <w:szCs w:val="19"/>
                </w:rPr>
                <w:t>gulfnews.com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4" name="Picture 5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4.jpg"/>
                            <pic:cNvPicPr/>
                          </pic:nvPicPr>
                          <pic:blipFill>
                            <a:blip r:embed="rId1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3">
              <w:r>
                <w:rPr>
                  <w:b/>
                  <w:color w:val="7A263A"/>
                  <w:sz w:val="19"/>
                  <w:szCs w:val="19"/>
                </w:rPr>
                <w:t>agbi.com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5" name="Picture 5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5.jpg"/>
                            <pic:cNvPicPr/>
                          </pic:nvPicPr>
                          <pic:blipFill>
                            <a:blip r:embed="rId11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5">
              <w:r>
                <w:rPr>
                  <w:b/>
                  <w:color w:val="7A263A"/>
                  <w:sz w:val="19"/>
                  <w:szCs w:val="19"/>
                </w:rPr>
                <w:t>bta.bg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6" name="Picture 5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6.jpg"/>
                            <pic:cNvPicPr/>
                          </pic:nvPicPr>
                          <pic:blipFill>
                            <a:blip r:embed="rId1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7">
              <w:r>
                <w:rPr>
                  <w:b/>
                  <w:color w:val="7A263A"/>
                  <w:sz w:val="19"/>
                  <w:szCs w:val="19"/>
                </w:rPr>
                <w:t>annahar.com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1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7" name="Picture 5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7.jpg"/>
                            <pic:cNvPicPr/>
                          </pic:nvPicPr>
                          <pic:blipFill>
                            <a:blip r:embed="rId1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19">
              <w:r>
                <w:rPr>
                  <w:b/>
                  <w:color w:val="7A263A"/>
                  <w:sz w:val="19"/>
                  <w:szCs w:val="19"/>
                </w:rPr>
                <w:t>thenationalnews.com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2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8" name="Picture 5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8.jpg"/>
                            <pic:cNvPicPr/>
                          </pic:nvPicPr>
                          <pic:blipFill>
                            <a:blip r:embed="rId1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21">
              <w:r>
                <w:rPr>
                  <w:b/>
                  <w:color w:val="7A263A"/>
                  <w:sz w:val="19"/>
                  <w:szCs w:val="19"/>
                </w:rPr>
                <w:t>nabd.com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2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59" name="Picture 5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59.jpg"/>
                            <pic:cNvPicPr/>
                          </pic:nvPicPr>
                          <pic:blipFill>
                            <a:blip r:embed="rId1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23">
              <w:r>
                <w:rPr>
                  <w:b/>
                  <w:color w:val="7A263A"/>
                  <w:sz w:val="19"/>
                  <w:szCs w:val="19"/>
                </w:rPr>
                <w:t>indexbox.io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2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0" name="Picture 6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0.jpg"/>
                            <pic:cNvPicPr/>
                          </pic:nvPicPr>
                          <pic:blipFill>
                            <a:blip r:embed="rId1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25">
              <w:r>
                <w:rPr>
                  <w:b/>
                  <w:color w:val="7A263A"/>
                  <w:sz w:val="19"/>
                  <w:szCs w:val="19"/>
                </w:rPr>
                <w:t>uppersetup.com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2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1" name="Picture 61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1.jpg"/>
                            <pic:cNvPicPr/>
                          </pic:nvPicPr>
                          <pic:blipFill>
                            <a:blip r:embed="rId1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27">
              <w:r>
                <w:rPr>
                  <w:b/>
                  <w:color w:val="7A263A"/>
                  <w:sz w:val="19"/>
                  <w:szCs w:val="19"/>
                </w:rPr>
                <w:t>uppersetup.com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2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2" name="Picture 62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2.jpg"/>
                            <pic:cNvPicPr/>
                          </pic:nvPicPr>
                          <pic:blipFill>
                            <a:blip r:embed="rId13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29">
              <w:r>
                <w:rPr>
                  <w:b/>
                  <w:color w:val="7A263A"/>
                  <w:sz w:val="19"/>
                  <w:szCs w:val="19"/>
                </w:rPr>
                <w:t>arabnews.pk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3" name="Picture 63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3.jpg"/>
                            <pic:cNvPicPr/>
                          </pic:nvPicPr>
                          <pic:blipFill>
                            <a:blip r:embed="rId13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1">
              <w:r>
                <w:rPr>
                  <w:b/>
                  <w:color w:val="7A263A"/>
                  <w:sz w:val="19"/>
                  <w:szCs w:val="19"/>
                </w:rPr>
                <w:t>annahar.com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4" name="Picture 64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4.jpg"/>
                            <pic:cNvPicPr/>
                          </pic:nvPicPr>
                          <pic:blipFill>
                            <a:blip r:embed="rId13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3">
              <w:r>
                <w:rPr>
                  <w:b/>
                  <w:color w:val="7A263A"/>
                  <w:sz w:val="19"/>
                  <w:szCs w:val="19"/>
                </w:rPr>
                <w:t>arabnews.com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5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5" name="Picture 65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2.jpg"/>
                            <pic:cNvPicPr/>
                          </pic:nvPicPr>
                          <pic:blipFill>
                            <a:blip r:embed="rId13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5">
              <w:r>
                <w:rPr>
                  <w:b/>
                  <w:color w:val="7A263A"/>
                  <w:sz w:val="19"/>
                  <w:szCs w:val="19"/>
                </w:rPr>
                <w:t>arabnews.pk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6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6" name="Picture 66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4.jpg"/>
                            <pic:cNvPicPr/>
                          </pic:nvPicPr>
                          <pic:blipFill>
                            <a:blip r:embed="rId13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6">
              <w:r>
                <w:rPr>
                  <w:b/>
                  <w:color w:val="7A263A"/>
                  <w:sz w:val="19"/>
                  <w:szCs w:val="19"/>
                </w:rPr>
                <w:t>arabnews.com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7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7" name="Picture 67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7.jpg"/>
                            <pic:cNvPicPr/>
                          </pic:nvPicPr>
                          <pic:blipFill>
                            <a:blip r:embed="rId13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7">
              <w:r>
                <w:rPr>
                  <w:b/>
                  <w:color w:val="7A263A"/>
                  <w:sz w:val="19"/>
                  <w:szCs w:val="19"/>
                </w:rPr>
                <w:t>emb-media.com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39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8" name="Picture 68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8.jpg"/>
                            <pic:cNvPicPr/>
                          </pic:nvPicPr>
                          <pic:blipFill>
                            <a:blip r:embed="rId14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39">
              <w:r>
                <w:rPr>
                  <w:b/>
                  <w:color w:val="7A263A"/>
                  <w:sz w:val="19"/>
                  <w:szCs w:val="19"/>
                </w:rPr>
                <w:t>letschuhai.com</w:t>
              </w:r>
            </w:hyperlink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4"/>
        <w:gridCol w:w="5414"/>
      </w:tblGrid>
      <w:tr>
        <w:trPr>
          <w:trHeight w:val="15080" w:hRule="exact"/>
          <w:cantSplit/>
        </w:trPr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41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69" name="Picture 69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69.jpg"/>
                            <pic:cNvPicPr/>
                          </pic:nvPicPr>
                          <pic:blipFill>
                            <a:blip r:embed="rId14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41">
              <w:r>
                <w:rPr>
                  <w:b/>
                  <w:color w:val="7A263A"/>
                  <w:sz w:val="19"/>
                  <w:szCs w:val="19"/>
                </w:rPr>
                <w:t>meed.com</w:t>
              </w:r>
            </w:hyperlink>
          </w:p>
        </w:tc>
        <w:tc>
          <w:tcPr>
            <w:tcW w:type="dxa" w:w="5414"/>
            <w:vAlign w:val="top"/>
            <w:tcMar>
              <w:top w:w="80" w:type="dxa"/>
              <w:start w:w="80" w:type="dxa"/>
              <w:bottom w:w="40" w:type="dxa"/>
              <w:end w:w="80" w:type="dxa"/>
            </w:tcMar>
          </w:tcPr>
          <w:p>
            <w:pPr>
              <w:spacing w:after="40"/>
              <w:jc w:val="center"/>
            </w:pPr>
            <w:r/>
            <w:hyperlink r:id="rId143">
              <w:r>
                <w:drawing>
                  <wp:inline xmlns:a="http://schemas.openxmlformats.org/drawingml/2006/main" xmlns:pic="http://schemas.openxmlformats.org/drawingml/2006/picture">
                    <wp:extent cx="2646000" cy="7383075"/>
                    <wp:docPr id="70" name="Picture 70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0" name="070.jpg"/>
                            <pic:cNvPicPr/>
                          </pic:nvPicPr>
                          <pic:blipFill>
                            <a:blip r:embed="rId1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46000" cy="7383075"/>
                            </a:xfrm>
                            <a:prstGeom prst="rect"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40" w:after="0"/>
              <w:jc w:val="center"/>
            </w:pPr>
            <w:hyperlink r:id="rId143">
              <w:r>
                <w:rPr>
                  <w:b/>
                  <w:color w:val="7A263A"/>
                  <w:sz w:val="19"/>
                  <w:szCs w:val="19"/>
                </w:rPr>
                <w:t>cnnbusinessarabic.com</w:t>
              </w:r>
            </w:hyperlink>
          </w:p>
        </w:tc>
      </w:tr>
    </w:tbl>
    <w:sectPr w:rsidR="00FC693F" w:rsidRPr="0006063C" w:rsidSect="00034616">
      <w:pgSz w:w="11906" w:h="16838"/>
      <w:pgMar w:top="567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aoffice.ae/ar/news/2026/august/20-08/dubai-real-estate-sector-completes-104-projects-worth-over-aed-111-billion-in-h1-2026" TargetMode="External"/><Relationship Id="rId10" Type="http://schemas.openxmlformats.org/officeDocument/2006/relationships/image" Target="media/image1.jpg"/><Relationship Id="rId11" Type="http://schemas.openxmlformats.org/officeDocument/2006/relationships/hyperlink" Target="https://mediaoffice.ae/en/news/2026/august/20-08/dubai-real-estate-sector-completes-104-projects-worth-over-aed-111-billion-in-h1-2026" TargetMode="External"/><Relationship Id="rId12" Type="http://schemas.openxmlformats.org/officeDocument/2006/relationships/image" Target="media/image2.jpg"/><Relationship Id="rId13" Type="http://schemas.openxmlformats.org/officeDocument/2006/relationships/hyperlink" Target="https://www.albayan.ae/news/uae/1547198" TargetMode="External"/><Relationship Id="rId14" Type="http://schemas.openxmlformats.org/officeDocument/2006/relationships/image" Target="media/image3.jpg"/><Relationship Id="rId15" Type="http://schemas.openxmlformats.org/officeDocument/2006/relationships/hyperlink" Target="https://www.albayan.ae/news/uae/dubai/1547198" TargetMode="External"/><Relationship Id="rId16" Type="http://schemas.openxmlformats.org/officeDocument/2006/relationships/image" Target="media/image4.jpg"/><Relationship Id="rId17" Type="http://schemas.openxmlformats.org/officeDocument/2006/relationships/hyperlink" Target="https://www.khlaasa.net/1468695" TargetMode="External"/><Relationship Id="rId18" Type="http://schemas.openxmlformats.org/officeDocument/2006/relationships/image" Target="media/image5.jpg"/><Relationship Id="rId19" Type="http://schemas.openxmlformats.org/officeDocument/2006/relationships/hyperlink" Target="https://gulfnews.com/business/property/dubai-adds-more-than-24000-property-units-in-six-months-1.500646931" TargetMode="External"/><Relationship Id="rId20" Type="http://schemas.openxmlformats.org/officeDocument/2006/relationships/image" Target="media/image6.jpg"/><Relationship Id="rId21" Type="http://schemas.openxmlformats.org/officeDocument/2006/relationships/hyperlink" Target="https://www.emaratalyoum.com/business/local/2026-08-20-1.2075584" TargetMode="External"/><Relationship Id="rId22" Type="http://schemas.openxmlformats.org/officeDocument/2006/relationships/image" Target="media/image7.jpg"/><Relationship Id="rId23" Type="http://schemas.openxmlformats.org/officeDocument/2006/relationships/hyperlink" Target="https://www.masralyoum.net/9364700" TargetMode="External"/><Relationship Id="rId24" Type="http://schemas.openxmlformats.org/officeDocument/2006/relationships/image" Target="media/image8.jpg"/><Relationship Id="rId25" Type="http://schemas.openxmlformats.org/officeDocument/2006/relationships/hyperlink" Target="https://24.ae/articleamp/965760/111-%D9%85%D9%84%D9%8A%D8%A7%D8%B1-%D8%AF%D8%B1%D9%87%D9%85-%D9%82%D9%8A%D9%85%D8%A9-%D8%A7%D9%84%D9%85%D8%B4%D8%A7%D8%B1%D9%8A%D8%B9-%D8%A7%D9%84%D8%B9%D9%82%D8%A7%D8%B1%D9%8A%D8%A9-%D8%A7%D9%84%D9%85%D9%86%D8%AC%D8%B2%D8%A9-%D9%81%D9%8A-%D8%AF%D8%A8%D9%8A-%D8%AE%D9%84%D8%A7%D9%84-%D8%A7%D9%84%D9%86%D8%B5%D9%81-%D8%A7%D9%84%D8%A3%D9%88%D9%84" TargetMode="External"/><Relationship Id="rId26" Type="http://schemas.openxmlformats.org/officeDocument/2006/relationships/image" Target="media/image9.jpg"/><Relationship Id="rId27" Type="http://schemas.openxmlformats.org/officeDocument/2006/relationships/hyperlink" Target="https://www.arnnewscentre.ae/ar/news/%D8%A3%D8%AE%D8%A8%D8%A7%D8%B1-%D9%85%D8%AD%D9%84%D9%8A%D8%A9/%D8%AD%D9%85%D8%AF%D8%A7%D9%86-%D8%A8%D9%86-%D9%85%D8%AD%D9%85%D8%AF-%D9%84%D8%A7-%D8%AD%D8%AF%D9%88%D8%AF-%D9%84%D8%B7%D9%85%D9%88%D8%AD-%D8%AF%D8%A8%D9%8A-%D9%88%D8%B1%D9%8A%D8%A7%D8%AF%D8%AA%D9%87/" TargetMode="External"/><Relationship Id="rId28" Type="http://schemas.openxmlformats.org/officeDocument/2006/relationships/image" Target="media/image10.jpg"/><Relationship Id="rId29" Type="http://schemas.openxmlformats.org/officeDocument/2006/relationships/hyperlink" Target="https://24.ae/article/965760/111-%D9%85%D9%84%D9%8A%D8%A7%D8%B1-%D8%AF%D8%B1%D9%87%D9%85-%D9%82%D9%8A%D9%85%D8%A9-%D8%A7%D9%84%D9%85%D8%B4%D8%A7%D8%B1%D9%8A%D8%B9-%D8%A7%D9%84%D8%B9%D9%82%D8%A7%D8%B1%D9%8A%D8%A9-%D8%A7%D9%84%D9%85%D9%86%D8%AC%D8%B2%D8%A9-%D9%81%D9%8A-%D8%AF%D8%A8%D9%8A-%D8%AE%D9%84%D8%A7%D9%84-%D8%A7%D9%84%D9%86%D8%B5%D9%81-%D8%A7%D9%84%D8%A3%D9%88%D9%84" TargetMode="External"/><Relationship Id="rId30" Type="http://schemas.openxmlformats.org/officeDocument/2006/relationships/image" Target="media/image11.jpg"/><Relationship Id="rId31" Type="http://schemas.openxmlformats.org/officeDocument/2006/relationships/hyperlink" Target="https://www.bignewsnetwork.com/news/279254211/dubai-real-estate-sector-completes-104-projects-valued-at-over-aed111-billion-in-h1-2026" TargetMode="External"/><Relationship Id="rId32" Type="http://schemas.openxmlformats.org/officeDocument/2006/relationships/image" Target="media/image12.jpg"/><Relationship Id="rId33" Type="http://schemas.openxmlformats.org/officeDocument/2006/relationships/hyperlink" Target="https://www.wam.ae/ar/article/c1tv1wd-&#1575;&#1604;&#1602;&#1591;&#1575;&#1593;-&#1575;&#1604;&#1593;&#1602;&#1575;&#1585;&#1610;-&#1583;&#1576;&#1610;-&#1610;&#1606;&#1580;&#1586;-104-&#1605;&#1588;&#1575;&#1585;&#1610;&#1593;-&#1576;&#1602;&#1610;&#1605;&#1577;-&#1573;&#1580;&#1605;&#1575;&#1604;&#1610;&#1577;" TargetMode="External"/><Relationship Id="rId34" Type="http://schemas.openxmlformats.org/officeDocument/2006/relationships/image" Target="media/image13.jpg"/><Relationship Id="rId35" Type="http://schemas.openxmlformats.org/officeDocument/2006/relationships/hyperlink" Target="https://www.urdupoint.com/arabic/story/2240068.html" TargetMode="External"/><Relationship Id="rId36" Type="http://schemas.openxmlformats.org/officeDocument/2006/relationships/image" Target="media/image14.jpg"/><Relationship Id="rId37" Type="http://schemas.openxmlformats.org/officeDocument/2006/relationships/hyperlink" Target="https://www.albayan.ae/economy/business/uae-economy/1547264" TargetMode="External"/><Relationship Id="rId38" Type="http://schemas.openxmlformats.org/officeDocument/2006/relationships/image" Target="media/image15.jpg"/><Relationship Id="rId39" Type="http://schemas.openxmlformats.org/officeDocument/2006/relationships/hyperlink" Target="https://www.wam.ae/en/article/c1tv9lh-dubai&#8217;s-real-estate-sector-completes-104-projects" TargetMode="External"/><Relationship Id="rId40" Type="http://schemas.openxmlformats.org/officeDocument/2006/relationships/image" Target="media/image16.jpg"/><Relationship Id="rId41" Type="http://schemas.openxmlformats.org/officeDocument/2006/relationships/hyperlink" Target="https://www.khalijiuwn24.com/1508652" TargetMode="External"/><Relationship Id="rId42" Type="http://schemas.openxmlformats.org/officeDocument/2006/relationships/image" Target="media/image17.jpg"/><Relationship Id="rId43" Type="http://schemas.openxmlformats.org/officeDocument/2006/relationships/hyperlink" Target="https://www.urdupoint.com/en/middle-east/dubais-real-estate-sector-completes-104-pr-2240072.html" TargetMode="External"/><Relationship Id="rId44" Type="http://schemas.openxmlformats.org/officeDocument/2006/relationships/image" Target="media/image18.jpg"/><Relationship Id="rId45" Type="http://schemas.openxmlformats.org/officeDocument/2006/relationships/hyperlink" Target="https://nasnews.ae/%D8%AF%D8%A8%D9%8A/%D8%A7%D9%84%D9%82%D8%B7%D8%A7%D8%B9-%D8%A7%D9%84%D8%B9%D9%82%D8%A7%D8%B1%D9%8A-%D9%81%D9%8A-%D8%AF%D8%A8%D9%8A-%D9%8A%D9%86%D8%AC%D8%B2-104-%D9%85%D8%B4%D8%A7%D8%B1%D9%8A%D8%B9-%D8%A8%D9%82%D9%8A/" TargetMode="External"/><Relationship Id="rId46" Type="http://schemas.openxmlformats.org/officeDocument/2006/relationships/image" Target="media/image19.jpg"/><Relationship Id="rId47" Type="http://schemas.openxmlformats.org/officeDocument/2006/relationships/hyperlink" Target="https://www.zawya.com/en/economy/uae-realty-market/dubais-real-estate-sector-completes-104-projects-valued-at-over-30.22bln-in-h1-2026-462704" TargetMode="External"/><Relationship Id="rId48" Type="http://schemas.openxmlformats.org/officeDocument/2006/relationships/image" Target="media/image20.jpg"/><Relationship Id="rId49" Type="http://schemas.openxmlformats.org/officeDocument/2006/relationships/hyperlink" Target="https://www.khaleejtimes.com/business/dubai-completes-104-property-projects-worth-over-dh111-billion-in-h1-2026" TargetMode="External"/><Relationship Id="rId50" Type="http://schemas.openxmlformats.org/officeDocument/2006/relationships/image" Target="media/image21.jpg"/><Relationship Id="rId51" Type="http://schemas.openxmlformats.org/officeDocument/2006/relationships/hyperlink" Target="http://www.uaenewsapp.com/1/Article/2068/253891988" TargetMode="External"/><Relationship Id="rId52" Type="http://schemas.openxmlformats.org/officeDocument/2006/relationships/image" Target="media/image22.jpg"/><Relationship Id="rId53" Type="http://schemas.openxmlformats.org/officeDocument/2006/relationships/hyperlink" Target="https://www.zawya.com/en/economy/uae-realty-market/dubais-real-estate-sector-completes-104-projects-in-h1-2026-462704" TargetMode="External"/><Relationship Id="rId54" Type="http://schemas.openxmlformats.org/officeDocument/2006/relationships/image" Target="media/image23.jpg"/><Relationship Id="rId55" Type="http://schemas.openxmlformats.org/officeDocument/2006/relationships/hyperlink" Target="https://nabd.com/s/176940948-8f0b52/%D8%A5%D9%86%D8%AC%D8%A7%D8%B2-104-%D9%85%D8%B4%D8%A7%D8%B1%D9%8A%D8%B9-%D8%B9%D9%82%D8%A7%D8%B1%D9%8A%D8%A9-%D9%81%D9%8A-%D8%AF%D8%A8%D9%8A-%D8%A8%D9%80-111-%D9%85%D9%84%D9%8A%D8%A7%D8%B1-%D8%AF%D8%B1%D9%87%D9%85-%D9%81%D9%8A-%D8%A7%D9%84%D9%86%D8%B5%D9%81-%D8%A7%D9%84%D8%A3%D9%88%D9%84" TargetMode="External"/><Relationship Id="rId56" Type="http://schemas.openxmlformats.org/officeDocument/2006/relationships/image" Target="media/image24.jpg"/><Relationship Id="rId57" Type="http://schemas.openxmlformats.org/officeDocument/2006/relationships/hyperlink" Target="https://al-ain.com/article/dubai-destination-real-estate-104-projects" TargetMode="External"/><Relationship Id="rId58" Type="http://schemas.openxmlformats.org/officeDocument/2006/relationships/image" Target="media/image25.jpg"/><Relationship Id="rId59" Type="http://schemas.openxmlformats.org/officeDocument/2006/relationships/hyperlink" Target="https://www.khlaasa.net/1468869" TargetMode="External"/><Relationship Id="rId60" Type="http://schemas.openxmlformats.org/officeDocument/2006/relationships/image" Target="media/image26.jpg"/><Relationship Id="rId61" Type="http://schemas.openxmlformats.org/officeDocument/2006/relationships/hyperlink" Target="https://www.emaratalyoum.com/business/local/2026-08-20-1.2075622" TargetMode="External"/><Relationship Id="rId62" Type="http://schemas.openxmlformats.org/officeDocument/2006/relationships/image" Target="media/image27.jpg"/><Relationship Id="rId63" Type="http://schemas.openxmlformats.org/officeDocument/2006/relationships/hyperlink" Target="https://www.arnnewscentre.ae/en/news/business/dubai-real-estate-sector-records-robust-h1-2026-growth/" TargetMode="External"/><Relationship Id="rId64" Type="http://schemas.openxmlformats.org/officeDocument/2006/relationships/image" Target="media/image28.jpg"/><Relationship Id="rId65" Type="http://schemas.openxmlformats.org/officeDocument/2006/relationships/hyperlink" Target="https://www.masralyoum.net/9364932" TargetMode="External"/><Relationship Id="rId66" Type="http://schemas.openxmlformats.org/officeDocument/2006/relationships/image" Target="media/image29.jpg"/><Relationship Id="rId67" Type="http://schemas.openxmlformats.org/officeDocument/2006/relationships/hyperlink" Target="https://www.arnnewscentre.ae/news/business/dubai-real-estate-sector-records-robust-h1-2026-growth/" TargetMode="External"/><Relationship Id="rId68" Type="http://schemas.openxmlformats.org/officeDocument/2006/relationships/hyperlink" Target="https://www.urdupoint.com/arabic/story/2240147.html" TargetMode="External"/><Relationship Id="rId69" Type="http://schemas.openxmlformats.org/officeDocument/2006/relationships/image" Target="media/image30.jpg"/><Relationship Id="rId70" Type="http://schemas.openxmlformats.org/officeDocument/2006/relationships/hyperlink" Target="https://www.gdnonline.com/Details/1404012/Dubai-real-estate-investment-tops-$30bn-in-H1,-up-52-" TargetMode="External"/><Relationship Id="rId71" Type="http://schemas.openxmlformats.org/officeDocument/2006/relationships/image" Target="media/image31.jpg"/><Relationship Id="rId72" Type="http://schemas.openxmlformats.org/officeDocument/2006/relationships/hyperlink" Target="https://www.gdnonline.com/Details/1404012" TargetMode="External"/><Relationship Id="rId73" Type="http://schemas.openxmlformats.org/officeDocument/2006/relationships/hyperlink" Target="https://www.indexbox.io/blog/dubai-real-estate-surges-in-h1-2026-104-projects-completed-aed111-billion-investment/" TargetMode="External"/><Relationship Id="rId74" Type="http://schemas.openxmlformats.org/officeDocument/2006/relationships/image" Target="media/image32.jpg"/><Relationship Id="rId75" Type="http://schemas.openxmlformats.org/officeDocument/2006/relationships/hyperlink" Target="https://www.thenationalnews.com/business/property/2026/08/20/investments-in-completed-dubai-property-projects-top-30bn-in-first-half-of-2026/" TargetMode="External"/><Relationship Id="rId76" Type="http://schemas.openxmlformats.org/officeDocument/2006/relationships/image" Target="media/image33.jpg"/><Relationship Id="rId77" Type="http://schemas.openxmlformats.org/officeDocument/2006/relationships/hyperlink" Target="https://www.emirates247.com/business/dubais-real-estate-sector-completes-104-projects-valued-at-over-aed111-billion-in-h1-2026/4767" TargetMode="External"/><Relationship Id="rId78" Type="http://schemas.openxmlformats.org/officeDocument/2006/relationships/image" Target="media/image34.jpg"/><Relationship Id="rId79" Type="http://schemas.openxmlformats.org/officeDocument/2006/relationships/hyperlink" Target="https://almashhadalaraby.com/news/579895" TargetMode="External"/><Relationship Id="rId80" Type="http://schemas.openxmlformats.org/officeDocument/2006/relationships/image" Target="media/image35.jpg"/><Relationship Id="rId81" Type="http://schemas.openxmlformats.org/officeDocument/2006/relationships/hyperlink" Target="https://www.khlaasa.net/1468931" TargetMode="External"/><Relationship Id="rId82" Type="http://schemas.openxmlformats.org/officeDocument/2006/relationships/image" Target="media/image36.jpg"/><Relationship Id="rId83" Type="http://schemas.openxmlformats.org/officeDocument/2006/relationships/hyperlink" Target="https://www.gulftoday.ae/business/2026/08/20/dubais-real-estate-sector-completes-104-projects-valued-at-over-dhs111-billion-in-h1-2026" TargetMode="External"/><Relationship Id="rId84" Type="http://schemas.openxmlformats.org/officeDocument/2006/relationships/image" Target="media/image37.jpg"/><Relationship Id="rId85" Type="http://schemas.openxmlformats.org/officeDocument/2006/relationships/hyperlink" Target="https://www.argaam.com/ar/article/articledetail/id/1930882" TargetMode="External"/><Relationship Id="rId86" Type="http://schemas.openxmlformats.org/officeDocument/2006/relationships/image" Target="media/image38.jpg"/><Relationship Id="rId87" Type="http://schemas.openxmlformats.org/officeDocument/2006/relationships/hyperlink" Target="https://www.tradearabia.com/News/466787/Dubai-real-estate-investment-tops-%2430bn-in-H1-up-52_Percent" TargetMode="External"/><Relationship Id="rId88" Type="http://schemas.openxmlformats.org/officeDocument/2006/relationships/image" Target="media/image39.jpg"/><Relationship Id="rId89" Type="http://schemas.openxmlformats.org/officeDocument/2006/relationships/hyperlink" Target="https://www.indexbox.io/blog/dubai-completed-property-investments-surge-52-in-h1-2026/" TargetMode="External"/><Relationship Id="rId90" Type="http://schemas.openxmlformats.org/officeDocument/2006/relationships/image" Target="media/image40.jpg"/><Relationship Id="rId91" Type="http://schemas.openxmlformats.org/officeDocument/2006/relationships/hyperlink" Target="https://www.uaebarq.ae/ar/2026/08/20/%D8%A7%D9%84%D9%82%D8%B7%D8%A7%D8%B9-%D8%A7%D9%84%D8%B9%D9%82%D8%A7%D8%B1%D9%8A-%D9%81%D9%8A-%D8%AF%D8%A8%D9%8A-%D9%8A%D9%88%D8%A7%D8%B5%D9%84-%D9%86%D9%85%D9%88%D9%87-%D8%AE%D9%84%D8%A7%D9%84-%D8%A7/" TargetMode="External"/><Relationship Id="rId92" Type="http://schemas.openxmlformats.org/officeDocument/2006/relationships/image" Target="media/image41.jpg"/><Relationship Id="rId93" Type="http://schemas.openxmlformats.org/officeDocument/2006/relationships/hyperlink" Target="https://roayahnews.com/%D8%AF%D8%A8%D9%8A-%D8%AA%D9%86%D8%AC%D8%B2-104-%D9%85%D8%B4%D8%A7%D8%B1%D9%8A%D8%B9-%D8%B9%D9%82%D8%A7%D8%B1%D9%8A%D8%A9-%D8%A8%D9%82%D9%8A%D9%85%D8%A9-%D8%AA%D8%AA%D8%AC%D8%A7%D9%88%D8%B2-111-%D9%85/" TargetMode="External"/><Relationship Id="rId94" Type="http://schemas.openxmlformats.org/officeDocument/2006/relationships/image" Target="media/image42.jpg"/><Relationship Id="rId95" Type="http://schemas.openxmlformats.org/officeDocument/2006/relationships/hyperlink" Target="https://nabd.com/s/176948368-2f7e3d/%D8%AF%D8%A8%D9%8A-%D8%AA%D9%86%D8%AC%D8%B2-104-%D9%85%D8%B4%D8%A7%D8%B1%D9%8A%D8%B9-%D8%B9%D9%82%D8%A7%D8%B1%D9%8A%D8%A9-%D8%A8%D9%82%D9%8A%D9%85%D8%A9-%D8%AA%D8%AA%D8%AC%D8%A7%D9%88%D8%B2-111-%D9%85%D9%84%D9%8A%D8%A7%D8%B1-%D8%AF%D8%B1%D9%87%D9%85" TargetMode="External"/><Relationship Id="rId96" Type="http://schemas.openxmlformats.org/officeDocument/2006/relationships/image" Target="media/image43.jpg"/><Relationship Id="rId97" Type="http://schemas.openxmlformats.org/officeDocument/2006/relationships/hyperlink" Target="https://www.osoulmisrmagazine.com/446044" TargetMode="External"/><Relationship Id="rId98" Type="http://schemas.openxmlformats.org/officeDocument/2006/relationships/image" Target="media/image44.jpg"/><Relationship Id="rId99" Type="http://schemas.openxmlformats.org/officeDocument/2006/relationships/hyperlink" Target="https://www.dubaieye1038.com/news/business/dubai-real-estate-sector-records-robust-h1-2026-growth/" TargetMode="External"/><Relationship Id="rId100" Type="http://schemas.openxmlformats.org/officeDocument/2006/relationships/image" Target="media/image45.jpg"/><Relationship Id="rId101" Type="http://schemas.openxmlformats.org/officeDocument/2006/relationships/hyperlink" Target="https://www.aletihad.ae/news/%D8%A7%D9%84%D8%A7%D9%82%D8%AA%D8%B5%D8%A7%D8%AF%D9%8A/4686478/%D8%AD%D9%85%D8%AF%D8%A7%D9%86-%D8%A8%D9%86-%D9%85%D8%AD%D9%85%D8%AF--%D8%A7%D9%84%D8%A3%D8%AF%D8%A7%D8%A1-%D8%A7%D9%84%D9%82%D9%88%D9%8A-%D9%84%D9%84%D9%82%D8%B7%D8%A7%D8%B9-%D8%A7%D9%84%D8%B9%D9%82%D8%A7%D8%B1%D9%8A-%D8%B4%D9%87%D8%A7%D8%AF%D8%A9-%D8%AB%D9%82%D8%A9-%D8%AF%D9%88%D9%84%D9%8A%D8%A9-%D9%85" TargetMode="External"/><Relationship Id="rId102" Type="http://schemas.openxmlformats.org/officeDocument/2006/relationships/image" Target="media/image46.jpg"/><Relationship Id="rId103" Type="http://schemas.openxmlformats.org/officeDocument/2006/relationships/hyperlink" Target="https://www.emaratalyoum.com/business/local/2026-08-21-1.2075782" TargetMode="External"/><Relationship Id="rId104" Type="http://schemas.openxmlformats.org/officeDocument/2006/relationships/image" Target="media/image47.jpg"/><Relationship Id="rId105" Type="http://schemas.openxmlformats.org/officeDocument/2006/relationships/hyperlink" Target="https://www.magzter.com/stories/newspaper/Gulf-Today/DUBAIS-REAL-ESTATE-SECTOR-COMPLETES-104-PROJECTS-VALUED-AT-OVER-DHS111B" TargetMode="External"/><Relationship Id="rId106" Type="http://schemas.openxmlformats.org/officeDocument/2006/relationships/image" Target="media/image48.jpg"/><Relationship Id="rId107" Type="http://schemas.openxmlformats.org/officeDocument/2006/relationships/hyperlink" Target="https://www.elcorreo.ae/articulo/economia/dubai-finaliza-104-proyectos-inmobiliarios-mas-111000-millones-dirhams-primer-semestre/20260821075916176628.html" TargetMode="External"/><Relationship Id="rId108" Type="http://schemas.openxmlformats.org/officeDocument/2006/relationships/image" Target="media/image49.jpg"/><Relationship Id="rId109" Type="http://schemas.openxmlformats.org/officeDocument/2006/relationships/hyperlink" Target="https://www.madhyamam.com/gulf-news/uae/dubai-completes-24000-property-units-in-six-months-1547748" TargetMode="External"/><Relationship Id="rId110" Type="http://schemas.openxmlformats.org/officeDocument/2006/relationships/image" Target="media/image50.jpg"/><Relationship Id="rId111" Type="http://schemas.openxmlformats.org/officeDocument/2006/relationships/hyperlink" Target="https://gulfnews.com/business/property/dubai-has-96585-homes-entering-the-market-in-2026-83-are-already-sold-1.500647675" TargetMode="External"/><Relationship Id="rId112" Type="http://schemas.openxmlformats.org/officeDocument/2006/relationships/image" Target="media/image51.jpg"/><Relationship Id="rId113" Type="http://schemas.openxmlformats.org/officeDocument/2006/relationships/hyperlink" Target="https://www.agbi.com/construction/2026/08/dubai-housing-supply-surges-as-project-completions-accelerate/" TargetMode="External"/><Relationship Id="rId114" Type="http://schemas.openxmlformats.org/officeDocument/2006/relationships/image" Target="media/image52.jpg"/><Relationship Id="rId115" Type="http://schemas.openxmlformats.org/officeDocument/2006/relationships/hyperlink" Target="https://www.bta.bg/bg/news/world/1189576-uam-sektorat-na-nedvizhimite-imoti-v-dubay-e-zavarshil-104-proekta-na-stoynost-" TargetMode="External"/><Relationship Id="rId116" Type="http://schemas.openxmlformats.org/officeDocument/2006/relationships/image" Target="media/image53.jpg"/><Relationship Id="rId117" Type="http://schemas.openxmlformats.org/officeDocument/2006/relationships/hyperlink" Target="https://www.annahar.com/economy/340320/%D8%A7%D8%B1%D8%AA%D9%81%D8%A7%D8%B9-%D8%A7%D9%84%D9%85%D8%B9%D8%B1%D9%88%D8%B6-%D8%A7%D9%84%D8%B3%D9%83%D9%86%D9%8A-%D9%81%D9%8A-%D8%AF%D8%A8%D9%8A-%D9%85%D8%B9-%D8%AA%D8%B3%D8%A7%D8%B1%D8%B9-%D8%A5%D9%86%D8%AC%D8%A7%D8%B2-%D8%A7%D9%84%D9%85%D8%B4%D8%A7%D8%B1%D9%8A%D8%B9" TargetMode="External"/><Relationship Id="rId118" Type="http://schemas.openxmlformats.org/officeDocument/2006/relationships/image" Target="media/image54.jpg"/><Relationship Id="rId119" Type="http://schemas.openxmlformats.org/officeDocument/2006/relationships/hyperlink" Target="https://www.thenationalnews.com/business/property/2026/08/21/al-hudayriyat-island-tops-abu-dhabi-property-sales-in-first-half-of-2026/" TargetMode="External"/><Relationship Id="rId120" Type="http://schemas.openxmlformats.org/officeDocument/2006/relationships/image" Target="media/image55.jpg"/><Relationship Id="rId121" Type="http://schemas.openxmlformats.org/officeDocument/2006/relationships/hyperlink" Target="https://nabd.com/s/176971469-709dd7/%D8%AF%D8%A8%D9%8A-%D8%AA%D8%B6%D9%8A%D9%81-%D8%A3%D9%83%D8%AB%D8%B1-%D9%85%D9%86-24-%D8%A3%D9%84%D9%81-%D9%88%D8%AD%D8%AF%D8%A9-%D8%B3%D9%83%D9%86%D9%8A%D8%A9-%D8%AE%D9%84%D8%A7%D9%84-%D8%B3%D8%AA%D8%A9-%D8%A3%D8%B4%D9%87%D8%B1" TargetMode="External"/><Relationship Id="rId122" Type="http://schemas.openxmlformats.org/officeDocument/2006/relationships/image" Target="media/image56.jpg"/><Relationship Id="rId123" Type="http://schemas.openxmlformats.org/officeDocument/2006/relationships/hyperlink" Target="https://www.indexbox.io/blog/al-hudayriyat-island-leads-abu-dhabi-real-estate-sales-in-h1-2026/" TargetMode="External"/><Relationship Id="rId124" Type="http://schemas.openxmlformats.org/officeDocument/2006/relationships/image" Target="media/image57.jpg"/><Relationship Id="rId125" Type="http://schemas.openxmlformats.org/officeDocument/2006/relationships/hyperlink" Target="https://news.uppersetup.com/dubais-real-estate-sector-grows-with-104-new-projects-in-h1-2026/" TargetMode="External"/><Relationship Id="rId126" Type="http://schemas.openxmlformats.org/officeDocument/2006/relationships/image" Target="media/image58.jpg"/><Relationship Id="rId127" Type="http://schemas.openxmlformats.org/officeDocument/2006/relationships/hyperlink" Target="https://news.uppersetup.com/ar/dubais-real-estate-sector-grows-with-104-new-projects-in-h1-2026/" TargetMode="External"/><Relationship Id="rId128" Type="http://schemas.openxmlformats.org/officeDocument/2006/relationships/image" Target="media/image59.jpg"/><Relationship Id="rId129" Type="http://schemas.openxmlformats.org/officeDocument/2006/relationships/hyperlink" Target="https://www.arabnews.pk/business/dubai-completes-104-real-estate-projects-worth-30bn-in-h1-2655596" TargetMode="External"/><Relationship Id="rId130" Type="http://schemas.openxmlformats.org/officeDocument/2006/relationships/image" Target="media/image60.jpg"/><Relationship Id="rId131" Type="http://schemas.openxmlformats.org/officeDocument/2006/relationships/hyperlink" Target="https://www.annahar.com/economy/340706/%D8%AF%D8%A8%D9%8A-%D8%AA%D9%86%D8%AC%D8%B2-104-%D9%85%D8%B4%D8%A7%D8%B1%D9%8A%D8%B9-%D8%B9%D9%82%D8%A7%D8%B1%D9%8A%D8%A9-%D8%A8%D9%8030-%D9%85%D9%84%D9%8A%D8%A7%D8%B1-%D8%AF%D9%88%D9%84%D8%A7%D8%B1-%D8%AE%D9%84%D8%A7%D9%84-%D8%B3%D8%AA%D8%A9-%D8%A3%D8%B4%D9%87%D8%B1" TargetMode="External"/><Relationship Id="rId132" Type="http://schemas.openxmlformats.org/officeDocument/2006/relationships/image" Target="media/image61.jpg"/><Relationship Id="rId133" Type="http://schemas.openxmlformats.org/officeDocument/2006/relationships/hyperlink" Target="https://www.arabnews.com/business/dubai-completes-104-real-estate-projects-worth-30bn-in-h1-2655596" TargetMode="External"/><Relationship Id="rId134" Type="http://schemas.openxmlformats.org/officeDocument/2006/relationships/image" Target="media/image62.jpg"/><Relationship Id="rId135" Type="http://schemas.openxmlformats.org/officeDocument/2006/relationships/hyperlink" Target="https://www.arabnews.pk/node/2655596/business-economy" TargetMode="External"/><Relationship Id="rId136" Type="http://schemas.openxmlformats.org/officeDocument/2006/relationships/hyperlink" Target="https://www.arabnews.com/node/2655596/business-economy" TargetMode="External"/><Relationship Id="rId137" Type="http://schemas.openxmlformats.org/officeDocument/2006/relationships/hyperlink" Target="https://emb-media.com/mea/2026/08/24/671480/" TargetMode="External"/><Relationship Id="rId138" Type="http://schemas.openxmlformats.org/officeDocument/2006/relationships/image" Target="media/image63.jpg"/><Relationship Id="rId139" Type="http://schemas.openxmlformats.org/officeDocument/2006/relationships/hyperlink" Target="https://letschuhai.com/531ec393" TargetMode="External"/><Relationship Id="rId140" Type="http://schemas.openxmlformats.org/officeDocument/2006/relationships/image" Target="media/image64.jpg"/><Relationship Id="rId141" Type="http://schemas.openxmlformats.org/officeDocument/2006/relationships/hyperlink" Target="https://www.meed.com/dubai-delivers-30bn-of-real-estate-projects-in-h1" TargetMode="External"/><Relationship Id="rId142" Type="http://schemas.openxmlformats.org/officeDocument/2006/relationships/image" Target="media/image65.jpg"/><Relationship Id="rId143" Type="http://schemas.openxmlformats.org/officeDocument/2006/relationships/hyperlink" Target="https://cnnbusinessarabic.com/sectors/1146955/%D8%AA%D8%B7%D9%88%D9%8A%D8%B1-%D9%85%D8%B5%D8%B1-%D8%AA%D8%AD%D9%82%D9%82-505-%D9%85%D9%84%D9%8A%D8%A7%D8%B1-%D8%AC%D9%86%D9%8A%D9%87-%D9%85%D8%A8%D9%8A%D8%B9%D8%A7%D8%AA-%D8%AE%D9%84%D8%A7%D9%84-%D8%A7%D9%84%D9%86%D8%B5%D9%81-%D8%A7%D9%84%D8%A3%D9%88%D9%84-%D9%85%D9%86-2026" TargetMode="External"/><Relationship Id="rId144" Type="http://schemas.openxmlformats.org/officeDocument/2006/relationships/image" Target="media/image6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Dubai’s real estate sector completes 104 projects valued at over AED111 billion in H1 2026</dc:title>
  <dc:subject>Online news coverage album</dc:subject>
  <dc:creator>Locus Elite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